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953"/>
        <w:gridCol w:w="4025"/>
      </w:tblGrid>
      <w:tr>
        <w:tc>
          <w:tcPr>
            <w:tcW w:type="dxa" w:w="4989"/>
          </w:tcPr>
          <w:p>
            <w:r/>
            <w:r>
              <w:rPr>
                <w:rFonts w:ascii="Calibri" w:hAnsi="Calibri"/>
                <w:b/>
                <w:color w:val="1A1A1A"/>
                <w:sz w:val="30"/>
              </w:rPr>
              <w:t>[ YOUR BUSINESS NAME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[ Postal address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[ Physical address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[ Phone ]   [ Email ]</w:t>
            </w:r>
          </w:p>
          <w:p>
            <w:pPr>
              <w:spacing w:after="20"/>
            </w:pPr>
            <w:r>
              <w:rPr>
                <w:rFonts w:ascii="Calibri" w:hAnsi="Calibri"/>
                <w:color w:val="8A8A8A"/>
                <w:sz w:val="17"/>
              </w:rPr>
              <w:t>PIN: [ Your KRA PIN ]</w:t>
            </w:r>
          </w:p>
        </w:tc>
        <w:tc>
          <w:tcPr>
            <w:tcW w:type="dxa" w:w="4989"/>
          </w:tcPr>
          <w:p>
            <w:pPr>
              <w:jc w:val="right"/>
            </w:pPr>
            <w:r/>
            <w:r>
              <w:rPr>
                <w:rFonts w:ascii="Calibri" w:hAnsi="Calibri"/>
                <w:b/>
                <w:color w:val="E87722"/>
                <w:sz w:val="40"/>
              </w:rPr>
              <w:t>DELIVERY NOTE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Delivery note no.  ____________________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Date  ____________________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Invoice no.  ____________________</w:t>
            </w:r>
          </w:p>
          <w:p>
            <w:pPr>
              <w:spacing w:after="20"/>
              <w:jc w:val="right"/>
            </w:pPr>
            <w:r>
              <w:rPr>
                <w:rFonts w:ascii="Calibri" w:hAnsi="Calibri"/>
                <w:sz w:val="18"/>
              </w:rPr>
              <w:t>Your ref / LPO  ____________________</w:t>
            </w:r>
          </w:p>
        </w:tc>
      </w:tr>
    </w:tbl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DELIVER TO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[ Customer name ]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[ Address ]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PIN: [ Customer KRA PIN ]</w:t>
      </w:r>
    </w:p>
    <w:p>
      <w:pPr>
        <w:spacing w:after="20" w:before="0"/>
      </w:pPr>
      <w:r>
        <w:rPr>
          <w:rFonts w:ascii="Calibri" w:hAnsi="Calibri"/>
          <w:b w:val="0"/>
          <w:color w:val="1A1A1A"/>
          <w:sz w:val="18"/>
        </w:rPr>
        <w:t>Attention: ____________________   Phone: ____________________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#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Description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Qty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Unit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/>
                <w:color w:val="1A1A1A"/>
                <w:sz w:val="17"/>
              </w:rPr>
              <w:t>Remarks</w:t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1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2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3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4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5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6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7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8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9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  <w:tr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8A8A8A"/>
                <w:sz w:val="18"/>
              </w:rPr>
              <w:t>10</w:t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  <w:tc>
          <w:tcPr>
            <w:tcW w:type="dxa" w:w="1996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</w:r>
          </w:p>
        </w:tc>
      </w:tr>
    </w:tbl>
    <w:p/>
    <w:p/>
    <w:p>
      <w:pPr>
        <w:spacing w:after="40" w:before="0"/>
      </w:pPr>
      <w:r>
        <w:rPr>
          <w:rFonts w:ascii="Calibri" w:hAnsi="Calibri"/>
          <w:b/>
          <w:color w:val="8A8A8A"/>
          <w:sz w:val="16"/>
        </w:rPr>
        <w:t>CONDITION ON ARRIVAL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Goods received in good order and condition, quantities as listed above, except as noted here: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_______________________________________________________________</w:t>
      </w:r>
    </w:p>
    <w:p>
      <w:pPr>
        <w:spacing w:after="40" w:before="0"/>
      </w:pPr>
      <w:r>
        <w:rPr>
          <w:rFonts w:ascii="Calibri" w:hAnsi="Calibri"/>
          <w:b w:val="0"/>
          <w:color w:val="1A1A1A"/>
          <w:sz w:val="18"/>
        </w:rPr>
        <w:t>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  <w:br/>
              <w:br/>
              <w:t>____________________________</w:t>
            </w:r>
          </w:p>
        </w:tc>
        <w:tc>
          <w:tcPr>
            <w:tcW w:type="dxa" w:w="4989"/>
          </w:tcPr>
          <w:p>
            <w:r/>
            <w:r>
              <w:rPr>
                <w:rFonts w:ascii="Calibri" w:hAnsi="Calibri"/>
                <w:b w:val="0"/>
                <w:color w:val="1A1A1A"/>
                <w:sz w:val="18"/>
              </w:rPr>
              <w:br/>
              <w:br/>
              <w:t>____________________________</w:t>
            </w:r>
          </w:p>
        </w:tc>
      </w:tr>
      <w:tr>
        <w:tc>
          <w:tcPr>
            <w:tcW w:type="dxa" w:w="4989"/>
          </w:tcPr>
          <w:p>
            <w:r/>
            <w:r>
              <w:rPr>
                <w:rFonts w:ascii="Calibri" w:hAnsi="Calibri"/>
                <w:b w:val="0"/>
                <w:color w:val="8A8A8A"/>
                <w:sz w:val="16"/>
              </w:rPr>
              <w:t>Delivered by — Name, signature and date</w:t>
            </w:r>
          </w:p>
        </w:tc>
        <w:tc>
          <w:tcPr>
            <w:tcW w:type="dxa" w:w="4989"/>
          </w:tcPr>
          <w:p>
            <w:r/>
            <w:r>
              <w:rPr>
                <w:rFonts w:ascii="Calibri" w:hAnsi="Calibri"/>
                <w:b w:val="0"/>
                <w:color w:val="8A8A8A"/>
                <w:sz w:val="16"/>
              </w:rPr>
              <w:t>Received by (customer) — Name, signature, date and stamp</w:t>
            </w:r>
          </w:p>
        </w:tc>
      </w:tr>
    </w:tbl>
    <w:p/>
    <w:p>
      <w:pPr>
        <w:spacing w:after="80" w:before="0"/>
        <w:jc w:val="center"/>
      </w:pPr>
      <w:r>
        <w:rPr>
          <w:rFonts w:ascii="Calibri" w:hAnsi="Calibri"/>
          <w:b w:val="0"/>
          <w:color w:val="8A8A8A"/>
          <w:sz w:val="15"/>
        </w:rPr>
        <w:t>Free template from Protech Concepts Limited · protechconcepts.co.ke/templates/ · Tired of filling this in by hand? Protech Docs produces it from your own data.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