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4025"/>
      </w:tblGrid>
      <w:tr>
        <w:tc>
          <w:tcPr>
            <w:tcW w:type="dxa" w:w="4989"/>
          </w:tcPr>
          <w:p>
            <w:r/>
            <w:r>
              <w:rPr>
                <w:rFonts w:ascii="Calibri" w:hAnsi="Calibri"/>
                <w:b/>
                <w:color w:val="1A1A1A"/>
                <w:sz w:val="30"/>
              </w:rPr>
              <w:t>[ YOUR BUSINESS NAME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Postal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Physical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Phone ]   [ Email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PIN: [ Your KRA PIN ]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E87722"/>
                <w:sz w:val="40"/>
              </w:rPr>
              <w:t>QUOTATION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Quotation no.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Date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Valid until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Your ref / LPO  ____________________</w:t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QUOTATION FOR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Customer name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Address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PIN: [ Customer KRA PIN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Attention: ____________________   Phone: ____________________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#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Description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Qty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Unit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Unit price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Disc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Amount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2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3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4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5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6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7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8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9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10</w:t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VAT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 rate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Taxable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VAT</w:t>
            </w:r>
          </w:p>
        </w:tc>
      </w:tr>
      <w:tr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t>16%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t>Zero rated / exempt</w:t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332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Subtotal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Discount given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VAT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1A1A1A"/>
                <w:sz w:val="18"/>
              </w:rPr>
              <w:t>____________________</w:t>
            </w:r>
          </w:p>
        </w:tc>
      </w:tr>
      <w:tr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1A1A1A"/>
                <w:sz w:val="20"/>
              </w:rPr>
              <w:t>TOTAL (KSh)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1A1A1A"/>
                <w:sz w:val="20"/>
              </w:rPr>
              <w:t>____________________</w:t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TERMS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Prices are in Kenya Shillings and include VAT at 16% where shown.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This quotation is valid until the date above. Prices may change after that.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Lead time: ______ working days from acceptance of this quotation.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Payment terms: ______________________________________________</w:t>
      </w:r>
    </w:p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ACCEPTANCE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To accept this quotation, sign below and return a copy, or issue an LPO quoting the quotation number above.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8A8A8A"/>
                <w:sz w:val="16"/>
              </w:rPr>
              <w:t>Prepared by — Name, signature and date</w:t>
            </w:r>
          </w:p>
        </w:tc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8A8A8A"/>
                <w:sz w:val="16"/>
              </w:rPr>
              <w:t>Accepted by (customer) — Name, signature and date</w:t>
            </w:r>
          </w:p>
        </w:tc>
      </w:tr>
    </w:tbl>
    <w:p/>
    <w:p>
      <w:pPr>
        <w:spacing w:after="80" w:before="0"/>
        <w:jc w:val="center"/>
      </w:pPr>
      <w:r>
        <w:rPr>
          <w:rFonts w:ascii="Calibri" w:hAnsi="Calibri"/>
          <w:b w:val="0"/>
          <w:color w:val="8A8A8A"/>
          <w:sz w:val="15"/>
        </w:rPr>
        <w:t>Free template from Protech Concepts Limited · protechconcepts.co.ke/templates/ · Tired of filling this in by hand? Protech Docs produces it from your own data.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