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953"/>
        <w:gridCol w:w="4025"/>
      </w:tblGrid>
      <w:tr>
        <w:tc>
          <w:tcPr>
            <w:tcW w:type="dxa" w:w="4989"/>
          </w:tcPr>
          <w:p>
            <w:r/>
            <w:r>
              <w:rPr>
                <w:rFonts w:ascii="Calibri" w:hAnsi="Calibri"/>
                <w:b/>
                <w:color w:val="1A1A1A"/>
                <w:sz w:val="30"/>
              </w:rPr>
              <w:t>[ YOUR BUSINESS NAME ]</w:t>
            </w:r>
          </w:p>
          <w:p>
            <w:pPr>
              <w:spacing w:after="20"/>
            </w:pPr>
            <w:r>
              <w:rPr>
                <w:rFonts w:ascii="Calibri" w:hAnsi="Calibri"/>
                <w:color w:val="8A8A8A"/>
                <w:sz w:val="17"/>
              </w:rPr>
              <w:t>[ Postal address ]</w:t>
            </w:r>
          </w:p>
          <w:p>
            <w:pPr>
              <w:spacing w:after="20"/>
            </w:pPr>
            <w:r>
              <w:rPr>
                <w:rFonts w:ascii="Calibri" w:hAnsi="Calibri"/>
                <w:color w:val="8A8A8A"/>
                <w:sz w:val="17"/>
              </w:rPr>
              <w:t>[ Physical address ]</w:t>
            </w:r>
          </w:p>
          <w:p>
            <w:pPr>
              <w:spacing w:after="20"/>
            </w:pPr>
            <w:r>
              <w:rPr>
                <w:rFonts w:ascii="Calibri" w:hAnsi="Calibri"/>
                <w:color w:val="8A8A8A"/>
                <w:sz w:val="17"/>
              </w:rPr>
              <w:t>[ Phone ]   [ Email ]</w:t>
            </w:r>
          </w:p>
          <w:p>
            <w:pPr>
              <w:spacing w:after="20"/>
            </w:pPr>
            <w:r>
              <w:rPr>
                <w:rFonts w:ascii="Calibri" w:hAnsi="Calibri"/>
                <w:color w:val="8A8A8A"/>
                <w:sz w:val="17"/>
              </w:rPr>
              <w:t>PIN: [ Your KRA PIN ]</w:t>
            </w:r>
          </w:p>
        </w:tc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E87722"/>
                <w:sz w:val="40"/>
              </w:rPr>
              <w:t>TAX INVOICE</w:t>
            </w:r>
          </w:p>
          <w:p>
            <w:pPr>
              <w:spacing w:after="20"/>
              <w:jc w:val="right"/>
            </w:pPr>
            <w:r>
              <w:rPr>
                <w:rFonts w:ascii="Calibri" w:hAnsi="Calibri"/>
                <w:sz w:val="18"/>
              </w:rPr>
              <w:t>Invoice no.  ____________________</w:t>
            </w:r>
          </w:p>
          <w:p>
            <w:pPr>
              <w:spacing w:after="20"/>
              <w:jc w:val="right"/>
            </w:pPr>
            <w:r>
              <w:rPr>
                <w:rFonts w:ascii="Calibri" w:hAnsi="Calibri"/>
                <w:sz w:val="18"/>
              </w:rPr>
              <w:t>Date  ____________________</w:t>
            </w:r>
          </w:p>
          <w:p>
            <w:pPr>
              <w:spacing w:after="20"/>
              <w:jc w:val="right"/>
            </w:pPr>
            <w:r>
              <w:rPr>
                <w:rFonts w:ascii="Calibri" w:hAnsi="Calibri"/>
                <w:sz w:val="18"/>
              </w:rPr>
              <w:t>Due date  ____________________</w:t>
            </w:r>
          </w:p>
          <w:p>
            <w:pPr>
              <w:spacing w:after="20"/>
              <w:jc w:val="right"/>
            </w:pPr>
            <w:r>
              <w:rPr>
                <w:rFonts w:ascii="Calibri" w:hAnsi="Calibri"/>
                <w:sz w:val="18"/>
              </w:rPr>
              <w:t>Your ref / LPO  ____________________</w:t>
            </w:r>
          </w:p>
        </w:tc>
      </w:tr>
    </w:tbl>
    <w:p/>
    <w:p>
      <w:pPr>
        <w:spacing w:after="40" w:before="0"/>
      </w:pPr>
      <w:r>
        <w:rPr>
          <w:rFonts w:ascii="Calibri" w:hAnsi="Calibri"/>
          <w:b/>
          <w:color w:val="8A8A8A"/>
          <w:sz w:val="16"/>
        </w:rPr>
        <w:t>BILL TO</w:t>
      </w:r>
    </w:p>
    <w:p>
      <w:pPr>
        <w:spacing w:after="20" w:before="0"/>
      </w:pPr>
      <w:r>
        <w:rPr>
          <w:rFonts w:ascii="Calibri" w:hAnsi="Calibri"/>
          <w:b w:val="0"/>
          <w:color w:val="1A1A1A"/>
          <w:sz w:val="18"/>
        </w:rPr>
        <w:t>[ Customer name ]</w:t>
      </w:r>
    </w:p>
    <w:p>
      <w:pPr>
        <w:spacing w:after="20" w:before="0"/>
      </w:pPr>
      <w:r>
        <w:rPr>
          <w:rFonts w:ascii="Calibri" w:hAnsi="Calibri"/>
          <w:b w:val="0"/>
          <w:color w:val="1A1A1A"/>
          <w:sz w:val="18"/>
        </w:rPr>
        <w:t>[ Address ]</w:t>
      </w:r>
    </w:p>
    <w:p>
      <w:pPr>
        <w:spacing w:after="20" w:before="0"/>
      </w:pPr>
      <w:r>
        <w:rPr>
          <w:rFonts w:ascii="Calibri" w:hAnsi="Calibri"/>
          <w:b w:val="0"/>
          <w:color w:val="1A1A1A"/>
          <w:sz w:val="18"/>
        </w:rPr>
        <w:t>PIN: [ Customer KRA PIN ]</w:t>
      </w:r>
    </w:p>
    <w:p>
      <w:pPr>
        <w:spacing w:after="20" w:before="0"/>
      </w:pPr>
      <w:r>
        <w:rPr>
          <w:rFonts w:ascii="Calibri" w:hAnsi="Calibri"/>
          <w:b w:val="0"/>
          <w:color w:val="1A1A1A"/>
          <w:sz w:val="18"/>
        </w:rPr>
        <w:t>Attention: ____________________   Phone: ____________________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#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Description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Qty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Unit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Unit price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Disc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VAT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Amount</w:t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1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2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3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4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5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6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7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8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9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10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</w:tbl>
    <w:p/>
    <w:p>
      <w:pPr>
        <w:spacing w:after="40" w:before="0"/>
      </w:pPr>
      <w:r>
        <w:rPr>
          <w:rFonts w:ascii="Calibri" w:hAnsi="Calibri"/>
          <w:b/>
          <w:color w:val="8A8A8A"/>
          <w:sz w:val="16"/>
        </w:rPr>
        <w:t>VAT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VAT rate</w:t>
            </w:r>
          </w:p>
        </w:tc>
        <w:tc>
          <w:tcPr>
            <w:tcW w:type="dxa" w:w="3326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Taxable</w:t>
            </w:r>
          </w:p>
        </w:tc>
        <w:tc>
          <w:tcPr>
            <w:tcW w:type="dxa" w:w="3326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VAT</w:t>
            </w:r>
          </w:p>
        </w:tc>
      </w:tr>
      <w:tr>
        <w:tc>
          <w:tcPr>
            <w:tcW w:type="dxa" w:w="332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  <w:t>16%</w:t>
            </w:r>
          </w:p>
        </w:tc>
        <w:tc>
          <w:tcPr>
            <w:tcW w:type="dxa" w:w="332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332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332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  <w:t>Zero rated / exempt</w:t>
            </w:r>
          </w:p>
        </w:tc>
        <w:tc>
          <w:tcPr>
            <w:tcW w:type="dxa" w:w="332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332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1A1A1A"/>
                <w:sz w:val="18"/>
              </w:rPr>
              <w:t>Subtotal</w:t>
            </w:r>
          </w:p>
        </w:tc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1A1A1A"/>
                <w:sz w:val="18"/>
              </w:rPr>
              <w:t>____________________</w:t>
            </w:r>
          </w:p>
        </w:tc>
      </w:tr>
      <w:tr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1A1A1A"/>
                <w:sz w:val="18"/>
              </w:rPr>
              <w:t>Discount given</w:t>
            </w:r>
          </w:p>
        </w:tc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1A1A1A"/>
                <w:sz w:val="18"/>
              </w:rPr>
              <w:t>____________________</w:t>
            </w:r>
          </w:p>
        </w:tc>
      </w:tr>
      <w:tr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1A1A1A"/>
                <w:sz w:val="18"/>
              </w:rPr>
              <w:t>VAT</w:t>
            </w:r>
          </w:p>
        </w:tc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1A1A1A"/>
                <w:sz w:val="18"/>
              </w:rPr>
              <w:t>____________________</w:t>
            </w:r>
          </w:p>
        </w:tc>
      </w:tr>
      <w:tr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1A1A1A"/>
                <w:sz w:val="20"/>
              </w:rPr>
              <w:t>TOTAL (KSh)</w:t>
            </w:r>
          </w:p>
        </w:tc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1A1A1A"/>
                <w:sz w:val="20"/>
              </w:rPr>
              <w:t>____________________</w:t>
            </w:r>
          </w:p>
        </w:tc>
      </w:tr>
    </w:tbl>
    <w:p/>
    <w:p>
      <w:pPr>
        <w:spacing w:after="40" w:before="0"/>
      </w:pPr>
      <w:r>
        <w:rPr>
          <w:rFonts w:ascii="Calibri" w:hAnsi="Calibri"/>
          <w:b/>
          <w:color w:val="8A8A8A"/>
          <w:sz w:val="16"/>
        </w:rPr>
        <w:t>PAYMENT DETAILS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Bank: ____________________  Branch: ____________________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Account name: ____________________________________________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Account no.: ______________  M-Pesa paybill / till: __________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Please quote the invoice number above on your payment.</w:t>
      </w:r>
    </w:p>
    <w:p/>
    <w:p>
      <w:pPr>
        <w:spacing w:after="40" w:before="0"/>
      </w:pPr>
      <w:r>
        <w:rPr>
          <w:rFonts w:ascii="Calibri" w:hAnsi="Calibri"/>
          <w:b/>
          <w:color w:val="8A8A8A"/>
          <w:sz w:val="16"/>
        </w:rPr>
        <w:t>TERMS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Payment is due by the due date shown above.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Goods and services remain the property of the supplier until paid for in full.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  <w:br/>
              <w:br/>
              <w:t>____________________________</w:t>
            </w:r>
          </w:p>
        </w:tc>
      </w:tr>
      <w:tr>
        <w:tc>
          <w:tcPr>
            <w:tcW w:type="dxa" w:w="9978"/>
          </w:tcPr>
          <w:p>
            <w:r/>
            <w:r>
              <w:rPr>
                <w:rFonts w:ascii="Calibri" w:hAnsi="Calibri"/>
                <w:b w:val="0"/>
                <w:color w:val="8A8A8A"/>
                <w:sz w:val="16"/>
              </w:rPr>
              <w:t>Issued by — Name, signature and date</w:t>
            </w:r>
          </w:p>
        </w:tc>
      </w:tr>
    </w:tbl>
    <w:p/>
    <w:p>
      <w:pPr>
        <w:spacing w:after="80" w:before="0"/>
        <w:jc w:val="center"/>
      </w:pPr>
      <w:r>
        <w:rPr>
          <w:rFonts w:ascii="Calibri" w:hAnsi="Calibri"/>
          <w:b w:val="0"/>
          <w:color w:val="8A8A8A"/>
          <w:sz w:val="15"/>
        </w:rPr>
        <w:t>Free template from Protech Concepts Limited · protechconcepts.co.ke/templates/ · Tired of filling this in by hand? Protech Docs produces it from your own data.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